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73044B" w14:textId="77777777" w:rsidR="00533280" w:rsidRDefault="00533280" w:rsidP="00533280">
      <w:pPr>
        <w:rPr>
          <w:rFonts w:ascii="Arial" w:hAnsi="Arial"/>
          <w:b/>
          <w:color w:val="1B365D"/>
          <w:sz w:val="28"/>
        </w:rPr>
      </w:pPr>
      <w:r>
        <w:rPr>
          <w:rFonts w:ascii="Arial" w:hAnsi="Arial"/>
          <w:b/>
          <w:color w:val="1B365D"/>
          <w:sz w:val="28"/>
        </w:rPr>
        <w:t>OSNOVNA ŠKOLA DR. JURE TURIĆA</w:t>
      </w:r>
    </w:p>
    <w:p w14:paraId="3B786E03" w14:textId="77777777" w:rsidR="00126080" w:rsidRDefault="00126080" w:rsidP="00533280">
      <w:pPr>
        <w:rPr>
          <w:rFonts w:ascii="Arial" w:hAnsi="Arial"/>
          <w:b/>
          <w:color w:val="1B365D"/>
          <w:sz w:val="28"/>
        </w:rPr>
      </w:pPr>
      <w:r>
        <w:rPr>
          <w:rFonts w:ascii="Arial" w:hAnsi="Arial"/>
          <w:b/>
          <w:color w:val="1B365D"/>
          <w:sz w:val="28"/>
        </w:rPr>
        <w:t xml:space="preserve">Miroslava </w:t>
      </w:r>
      <w:proofErr w:type="spellStart"/>
      <w:r>
        <w:rPr>
          <w:rFonts w:ascii="Arial" w:hAnsi="Arial"/>
          <w:b/>
          <w:color w:val="1B365D"/>
          <w:sz w:val="28"/>
        </w:rPr>
        <w:t>Kraljevića</w:t>
      </w:r>
      <w:proofErr w:type="spellEnd"/>
      <w:r>
        <w:rPr>
          <w:rFonts w:ascii="Arial" w:hAnsi="Arial"/>
          <w:b/>
          <w:color w:val="1B365D"/>
          <w:sz w:val="28"/>
        </w:rPr>
        <w:t xml:space="preserve"> 15, Gospić</w:t>
      </w:r>
    </w:p>
    <w:p w14:paraId="16214ED8" w14:textId="77777777" w:rsidR="00533280" w:rsidRDefault="00533280" w:rsidP="00533280">
      <w:pPr>
        <w:rPr>
          <w:rFonts w:ascii="Arial" w:hAnsi="Arial"/>
          <w:b/>
          <w:color w:val="1B365D"/>
          <w:sz w:val="28"/>
        </w:rPr>
      </w:pPr>
    </w:p>
    <w:p w14:paraId="16DA8193" w14:textId="77777777" w:rsidR="00DE112E" w:rsidRDefault="00AF70B6">
      <w:pPr>
        <w:jc w:val="center"/>
      </w:pPr>
      <w:r>
        <w:rPr>
          <w:rFonts w:ascii="Arial" w:hAnsi="Arial"/>
          <w:b/>
          <w:color w:val="1B365D"/>
          <w:sz w:val="28"/>
        </w:rPr>
        <w:t>EVIDENCIJA UGOVORA I NARUŽBENICA ZA 2025. GODINU</w:t>
      </w:r>
    </w:p>
    <w:p w14:paraId="57A9945B" w14:textId="77777777" w:rsidR="00DE112E" w:rsidRDefault="00DE112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872"/>
        <w:gridCol w:w="1872"/>
        <w:gridCol w:w="1440"/>
        <w:gridCol w:w="1440"/>
        <w:gridCol w:w="1296"/>
        <w:gridCol w:w="1440"/>
        <w:gridCol w:w="1152"/>
        <w:gridCol w:w="2736"/>
      </w:tblGrid>
      <w:tr w:rsidR="00DE112E" w14:paraId="1E87D1D6" w14:textId="77777777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AD4A7E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Evid. broj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0F78AC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Predmet nabave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954177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Dobavljač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FD4A0C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Vrsta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0E83B4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Iznos bez PDV-a</w:t>
            </w:r>
          </w:p>
        </w:tc>
        <w:tc>
          <w:tcPr>
            <w:tcW w:w="1296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DF65F6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Iznos PDV-a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57527B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Iznos s PDV-om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03F06E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Status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2B8B32" w14:textId="77777777" w:rsidR="00DE112E" w:rsidRDefault="00AF70B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Napomena</w:t>
            </w:r>
          </w:p>
        </w:tc>
      </w:tr>
      <w:tr w:rsidR="00DE112E" w14:paraId="5D9BBE9A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BBF5" w14:textId="77777777" w:rsidR="00DE112E" w:rsidRDefault="00AF70B6" w:rsidP="00373FF0">
            <w:pPr>
              <w:jc w:val="center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1-N-25</w:t>
            </w:r>
            <w:r w:rsidR="00373FF0"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 w:rsidR="00373FF0"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 w:rsidR="00373FF0"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 w:rsidR="00373FF0">
              <w:rPr>
                <w:rFonts w:ascii="Arial" w:hAnsi="Arial"/>
                <w:color w:val="333333"/>
                <w:sz w:val="18"/>
              </w:rPr>
              <w:t>dio</w:t>
            </w:r>
            <w:proofErr w:type="spellEnd"/>
          </w:p>
          <w:p w14:paraId="4DFC8F34" w14:textId="77777777" w:rsidR="00373FF0" w:rsidRDefault="00373FF0" w:rsidP="00373FF0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10-N-25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E98A0" w14:textId="77777777" w:rsidR="00DE112E" w:rsidRDefault="00AF70B6">
            <w:r>
              <w:rPr>
                <w:rFonts w:ascii="Arial" w:hAnsi="Arial"/>
                <w:color w:val="333333"/>
                <w:sz w:val="18"/>
              </w:rPr>
              <w:t>Meso i mesne prerađevine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310D" w14:textId="77777777" w:rsidR="00DE112E" w:rsidRDefault="00AF70B6">
            <w:r>
              <w:rPr>
                <w:rFonts w:ascii="Arial" w:hAnsi="Arial"/>
                <w:color w:val="333333"/>
                <w:sz w:val="18"/>
              </w:rPr>
              <w:t>Klaonica Cesarica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0B463" w14:textId="77777777" w:rsidR="00DE112E" w:rsidRDefault="00AF70B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0CAF" w14:textId="77777777" w:rsidR="00DE112E" w:rsidRDefault="00AF70B6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27.841,56 €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83CB" w14:textId="77777777" w:rsidR="00DE112E" w:rsidRDefault="00AF70B6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1.392,08 €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0E402" w14:textId="77777777" w:rsidR="00DE112E" w:rsidRDefault="00AF70B6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29.233,64 €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7CB5C" w14:textId="77777777" w:rsidR="00DE112E" w:rsidRDefault="00AF70B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16FD3" w14:textId="77777777" w:rsidR="00DE112E" w:rsidRDefault="00AF70B6" w:rsidP="00373FF0">
            <w:r>
              <w:rPr>
                <w:rFonts w:ascii="Arial" w:hAnsi="Arial"/>
                <w:color w:val="333333"/>
                <w:sz w:val="18"/>
              </w:rPr>
              <w:t xml:space="preserve">Stopa 5%. </w:t>
            </w:r>
          </w:p>
        </w:tc>
      </w:tr>
      <w:tr w:rsidR="0075161C" w14:paraId="32028E76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C08B1" w14:textId="77777777" w:rsidR="0075161C" w:rsidRDefault="0075161C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6339D" w14:textId="77777777" w:rsidR="0075161C" w:rsidRDefault="0075161C" w:rsidP="0075161C">
            <w:proofErr w:type="spellStart"/>
            <w:r>
              <w:rPr>
                <w:rFonts w:ascii="Arial" w:hAnsi="Arial"/>
                <w:color w:val="333333"/>
                <w:sz w:val="18"/>
              </w:rPr>
              <w:t>Meso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mesne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prerađevine</w:t>
            </w:r>
            <w:proofErr w:type="spellEnd"/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6C22F" w14:textId="77777777" w:rsidR="0075161C" w:rsidRDefault="0075161C" w:rsidP="0075161C">
            <w:pPr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Vindija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d.d.</w:t>
            </w:r>
            <w:proofErr w:type="spellEnd"/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46F19" w14:textId="77777777" w:rsidR="0075161C" w:rsidRDefault="0075161C" w:rsidP="0075161C">
            <w:pPr>
              <w:jc w:val="center"/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Narudžbenica</w:t>
            </w:r>
            <w:proofErr w:type="spellEnd"/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6ECBF" w14:textId="77777777" w:rsidR="0075161C" w:rsidRDefault="0075161C" w:rsidP="0075161C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14.532,75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52CFC" w14:textId="77777777" w:rsidR="0075161C" w:rsidRDefault="0075161C" w:rsidP="0075161C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2.179,91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B91F8" w14:textId="77777777" w:rsidR="0075161C" w:rsidRDefault="0075161C" w:rsidP="0075161C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16.712,66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BA970" w14:textId="77777777" w:rsidR="0075161C" w:rsidRDefault="0075161C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Izvršen</w:t>
            </w:r>
            <w:proofErr w:type="spellEnd"/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01F6E" w14:textId="77777777" w:rsidR="0075161C" w:rsidRDefault="0075161C" w:rsidP="0075161C">
            <w:pPr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 xml:space="preserve">Stopa 5%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25%</w:t>
            </w:r>
          </w:p>
        </w:tc>
      </w:tr>
      <w:tr w:rsidR="0075161C" w14:paraId="255FD191" w14:textId="77777777">
        <w:trPr>
          <w:jc w:val="center"/>
        </w:trPr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13FE" w14:textId="77777777" w:rsidR="0075161C" w:rsidRDefault="0075161C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 xml:space="preserve">2-N-2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dio</w:t>
            </w:r>
            <w:proofErr w:type="spellEnd"/>
          </w:p>
          <w:p w14:paraId="14ABC9EC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10-N-25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E23A0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Kruh i krušni proizvodi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97024" w14:textId="77777777" w:rsidR="0075161C" w:rsidRDefault="0075161C" w:rsidP="0075161C">
            <w:proofErr w:type="spellStart"/>
            <w:r>
              <w:rPr>
                <w:rFonts w:ascii="Arial" w:hAnsi="Arial"/>
                <w:color w:val="333333"/>
                <w:sz w:val="18"/>
              </w:rPr>
              <w:t>Regata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d.o.o.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FE5B3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BEEF4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18.882,25 €</w:t>
            </w:r>
          </w:p>
        </w:tc>
        <w:tc>
          <w:tcPr>
            <w:tcW w:w="129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AC1EA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944,11 €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D51E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19.826,36 €</w:t>
            </w:r>
          </w:p>
        </w:tc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5D910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4E345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 xml:space="preserve">Stopa 5%. </w:t>
            </w:r>
          </w:p>
        </w:tc>
      </w:tr>
      <w:tr w:rsidR="0075161C" w14:paraId="0CD27952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7791F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3-N-25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851D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Duboko smrznuti proizvodi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55DC3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LZG LEDO plus d.o.o.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CC78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EE24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8.316,50 €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686B0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1.081,15 €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DCD8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9.397,65 €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F8D9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C8762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 xml:space="preserve">Stopa 13%. </w:t>
            </w:r>
          </w:p>
        </w:tc>
      </w:tr>
      <w:tr w:rsidR="0075161C" w14:paraId="194B56F1" w14:textId="77777777">
        <w:trPr>
          <w:jc w:val="center"/>
        </w:trPr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F38B" w14:textId="77777777" w:rsidR="0075161C" w:rsidRDefault="0075161C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 xml:space="preserve">4-N-25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dio</w:t>
            </w:r>
            <w:proofErr w:type="spellEnd"/>
          </w:p>
          <w:p w14:paraId="647FCA2D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10-N-25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0069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Prehrambeni proizvodi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875D7" w14:textId="77777777" w:rsidR="0075161C" w:rsidRDefault="0075161C" w:rsidP="0075161C">
            <w:proofErr w:type="spellStart"/>
            <w:r>
              <w:rPr>
                <w:rFonts w:ascii="Arial" w:hAnsi="Arial"/>
                <w:color w:val="333333"/>
                <w:sz w:val="18"/>
              </w:rPr>
              <w:t>Vrkljan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d.o.o.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8DB4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1E8A4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15.541,56 €</w:t>
            </w:r>
          </w:p>
        </w:tc>
        <w:tc>
          <w:tcPr>
            <w:tcW w:w="129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A28A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3.885,39 €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63C21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19.426,95 €</w:t>
            </w:r>
          </w:p>
        </w:tc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C070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C6BAC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Stopa 25%</w:t>
            </w:r>
          </w:p>
        </w:tc>
      </w:tr>
      <w:tr w:rsidR="0075161C" w14:paraId="1D173D57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30A87" w14:textId="77777777" w:rsidR="0075161C" w:rsidRDefault="0075161C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 xml:space="preserve">5-N-25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dio</w:t>
            </w:r>
            <w:proofErr w:type="spellEnd"/>
          </w:p>
          <w:p w14:paraId="5EC7D8F9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10-N-25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B2EE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Mlijeko i mliječni proizvodi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3293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Vindija d.d.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EA45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4541A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17.385,90 €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B26AA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869,30 €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0A99" w14:textId="77777777" w:rsidR="0075161C" w:rsidRDefault="0075161C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18.255,20 €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E43F5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1E692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 xml:space="preserve">Stopa 5%. </w:t>
            </w:r>
          </w:p>
        </w:tc>
      </w:tr>
      <w:tr w:rsidR="000322E4" w14:paraId="1DB9526D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90554" w14:textId="77777777" w:rsidR="000322E4" w:rsidRDefault="000322E4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2F5F" w14:textId="77777777" w:rsidR="000322E4" w:rsidRDefault="000322E4" w:rsidP="0075161C">
            <w:pPr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Mlijeko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mliječni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proizvodi</w:t>
            </w:r>
            <w:proofErr w:type="spellEnd"/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30C5" w14:textId="77777777" w:rsidR="000322E4" w:rsidRDefault="000322E4" w:rsidP="0075161C">
            <w:pPr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Vegium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d.o.o.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C690" w14:textId="77777777" w:rsidR="000322E4" w:rsidRDefault="000322E4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Narudžbenica</w:t>
            </w:r>
            <w:proofErr w:type="spellEnd"/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969B8" w14:textId="77777777" w:rsidR="000322E4" w:rsidRDefault="000322E4" w:rsidP="0075161C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2.669,34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5E6F" w14:textId="77777777" w:rsidR="000322E4" w:rsidRDefault="000322E4" w:rsidP="0075161C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667,33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890B5" w14:textId="77777777" w:rsidR="000322E4" w:rsidRDefault="000322E4" w:rsidP="0075161C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3.336,67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4C0E" w14:textId="77777777" w:rsidR="000322E4" w:rsidRDefault="000322E4" w:rsidP="0075161C">
            <w:pPr>
              <w:jc w:val="center"/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Izvršen</w:t>
            </w:r>
            <w:proofErr w:type="spellEnd"/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9D9D" w14:textId="77777777" w:rsidR="000322E4" w:rsidRDefault="000322E4" w:rsidP="0075161C">
            <w:pPr>
              <w:rPr>
                <w:rFonts w:ascii="Arial" w:hAnsi="Arial"/>
                <w:color w:val="333333"/>
                <w:sz w:val="18"/>
              </w:rPr>
            </w:pPr>
            <w:proofErr w:type="gramStart"/>
            <w:r>
              <w:rPr>
                <w:rFonts w:ascii="Arial" w:hAnsi="Arial"/>
                <w:color w:val="333333"/>
                <w:sz w:val="18"/>
              </w:rPr>
              <w:t>Stopa  25</w:t>
            </w:r>
            <w:proofErr w:type="gramEnd"/>
            <w:r>
              <w:rPr>
                <w:rFonts w:ascii="Arial" w:hAnsi="Arial"/>
                <w:color w:val="333333"/>
                <w:sz w:val="18"/>
              </w:rPr>
              <w:t>%.</w:t>
            </w:r>
          </w:p>
        </w:tc>
      </w:tr>
      <w:tr w:rsidR="0075161C" w14:paraId="577ED008" w14:textId="77777777">
        <w:trPr>
          <w:jc w:val="center"/>
        </w:trPr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BD086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lastRenderedPageBreak/>
              <w:t>6-N-25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B95F9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Voće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53D83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Trgovački obrt Zagi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58C15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BABAA" w14:textId="77777777" w:rsidR="0075161C" w:rsidRDefault="0075161C" w:rsidP="00025F0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10.</w:t>
            </w:r>
            <w:r w:rsidR="00025F04">
              <w:rPr>
                <w:rFonts w:ascii="Arial" w:hAnsi="Arial"/>
                <w:color w:val="333333"/>
                <w:sz w:val="18"/>
              </w:rPr>
              <w:t xml:space="preserve">841,90 € </w:t>
            </w:r>
          </w:p>
        </w:tc>
        <w:tc>
          <w:tcPr>
            <w:tcW w:w="129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7A47" w14:textId="77777777" w:rsidR="0075161C" w:rsidRDefault="00025F04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 xml:space="preserve">542,10 € 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CC0A" w14:textId="77777777" w:rsidR="0075161C" w:rsidRDefault="0075161C" w:rsidP="00025F0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11.</w:t>
            </w:r>
            <w:r w:rsidR="00025F04">
              <w:rPr>
                <w:rFonts w:ascii="Arial" w:hAnsi="Arial"/>
                <w:color w:val="333333"/>
                <w:sz w:val="18"/>
              </w:rPr>
              <w:t xml:space="preserve">384,00 € </w:t>
            </w:r>
          </w:p>
        </w:tc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51BB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C5251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Stopa 5%.</w:t>
            </w:r>
          </w:p>
        </w:tc>
      </w:tr>
      <w:tr w:rsidR="0075161C" w14:paraId="62274D90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F9E3F" w14:textId="77777777" w:rsidR="0075161C" w:rsidRDefault="0075161C" w:rsidP="000322E4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7-N-25</w:t>
            </w:r>
            <w:r w:rsidR="000322E4">
              <w:rPr>
                <w:rFonts w:ascii="Arial" w:hAnsi="Arial"/>
                <w:color w:val="333333"/>
                <w:sz w:val="18"/>
              </w:rPr>
              <w:t xml:space="preserve"> I </w:t>
            </w:r>
            <w:proofErr w:type="spellStart"/>
            <w:r w:rsidR="000322E4">
              <w:rPr>
                <w:rFonts w:ascii="Arial" w:hAnsi="Arial"/>
                <w:color w:val="333333"/>
                <w:sz w:val="18"/>
              </w:rPr>
              <w:t>dio</w:t>
            </w:r>
            <w:proofErr w:type="spellEnd"/>
            <w:r w:rsidR="000322E4">
              <w:rPr>
                <w:rFonts w:ascii="Arial" w:hAnsi="Arial"/>
                <w:color w:val="333333"/>
                <w:sz w:val="18"/>
              </w:rPr>
              <w:t xml:space="preserve"> 9-N-25  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9A7A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Povrće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E7A8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Trgovački obrt Zagi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3C764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4F303" w14:textId="77777777" w:rsidR="0075161C" w:rsidRDefault="00025F04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 xml:space="preserve">7.017,36 € 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B8FF6" w14:textId="77777777" w:rsidR="0075161C" w:rsidRDefault="00025F04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 xml:space="preserve">350,87 € 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EA0FD" w14:textId="77777777" w:rsidR="0075161C" w:rsidRDefault="00025F04" w:rsidP="0075161C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 xml:space="preserve">7.368,23 € 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2F4D6" w14:textId="77777777" w:rsidR="0075161C" w:rsidRDefault="0075161C" w:rsidP="0075161C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7102" w14:textId="77777777" w:rsidR="0075161C" w:rsidRDefault="0075161C" w:rsidP="0075161C">
            <w:r>
              <w:rPr>
                <w:rFonts w:ascii="Arial" w:hAnsi="Arial"/>
                <w:color w:val="333333"/>
                <w:sz w:val="18"/>
              </w:rPr>
              <w:t>Stopa 5%.</w:t>
            </w:r>
          </w:p>
        </w:tc>
      </w:tr>
      <w:tr w:rsidR="000322E4" w14:paraId="3C5BB971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8679" w14:textId="77777777" w:rsidR="000322E4" w:rsidRDefault="000322E4" w:rsidP="000322E4">
            <w:pPr>
              <w:jc w:val="center"/>
              <w:rPr>
                <w:rFonts w:ascii="Arial" w:hAnsi="Arial"/>
                <w:color w:val="333333"/>
                <w:sz w:val="18"/>
              </w:rPr>
            </w:pP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9EC9" w14:textId="77777777" w:rsidR="000322E4" w:rsidRDefault="000322E4" w:rsidP="000322E4">
            <w:pPr>
              <w:rPr>
                <w:rFonts w:ascii="Arial" w:hAnsi="Arial"/>
                <w:color w:val="333333"/>
                <w:sz w:val="18"/>
              </w:rPr>
            </w:pP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3BCB" w14:textId="77777777" w:rsidR="000322E4" w:rsidRDefault="000322E4" w:rsidP="000322E4">
            <w:pPr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OPG  MIKI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8AC1E" w14:textId="77777777" w:rsidR="000322E4" w:rsidRDefault="000322E4" w:rsidP="000322E4">
            <w:pPr>
              <w:jc w:val="center"/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Narudžbenica</w:t>
            </w:r>
            <w:proofErr w:type="spellEnd"/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FDEC8" w14:textId="77777777" w:rsidR="000322E4" w:rsidRDefault="000322E4" w:rsidP="000322E4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3.600,00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5701" w14:textId="77777777" w:rsidR="000322E4" w:rsidRDefault="000322E4" w:rsidP="000322E4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-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08B9E" w14:textId="77777777" w:rsidR="000322E4" w:rsidRDefault="000322E4" w:rsidP="000322E4">
            <w:pPr>
              <w:jc w:val="right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Arial" w:hAnsi="Arial"/>
                <w:color w:val="333333"/>
                <w:sz w:val="18"/>
              </w:rPr>
              <w:t>3600,00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0676" w14:textId="77777777" w:rsidR="000322E4" w:rsidRDefault="000322E4" w:rsidP="000322E4">
            <w:pPr>
              <w:jc w:val="center"/>
              <w:rPr>
                <w:rFonts w:ascii="Arial" w:hAnsi="Arial"/>
                <w:color w:val="333333"/>
                <w:sz w:val="18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Izvršen</w:t>
            </w:r>
            <w:proofErr w:type="spellEnd"/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C372" w14:textId="77777777" w:rsidR="000322E4" w:rsidRDefault="000322E4" w:rsidP="000322E4">
            <w:proofErr w:type="spellStart"/>
            <w:r>
              <w:rPr>
                <w:rFonts w:ascii="Arial" w:hAnsi="Arial"/>
                <w:color w:val="333333"/>
                <w:sz w:val="18"/>
              </w:rPr>
              <w:t>nije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u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sustavu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PDV-a</w:t>
            </w:r>
          </w:p>
        </w:tc>
      </w:tr>
      <w:tr w:rsidR="000322E4" w14:paraId="43FED3D1" w14:textId="77777777">
        <w:trPr>
          <w:jc w:val="center"/>
        </w:trPr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5F367" w14:textId="77777777" w:rsidR="000322E4" w:rsidRDefault="000322E4" w:rsidP="000322E4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8-N-25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779C" w14:textId="77777777" w:rsidR="000322E4" w:rsidRDefault="000322E4" w:rsidP="000322E4">
            <w:r>
              <w:rPr>
                <w:rFonts w:ascii="Arial" w:hAnsi="Arial"/>
                <w:color w:val="333333"/>
                <w:sz w:val="18"/>
              </w:rPr>
              <w:t>Med</w:t>
            </w:r>
          </w:p>
        </w:tc>
        <w:tc>
          <w:tcPr>
            <w:tcW w:w="187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45032" w14:textId="77777777" w:rsidR="000322E4" w:rsidRDefault="000322E4" w:rsidP="000322E4">
            <w:r>
              <w:rPr>
                <w:rFonts w:ascii="Arial" w:hAnsi="Arial"/>
                <w:color w:val="333333"/>
                <w:sz w:val="18"/>
              </w:rPr>
              <w:t>Lokalni OPG-ovi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74AB" w14:textId="77777777" w:rsidR="000322E4" w:rsidRDefault="000322E4" w:rsidP="000322E4">
            <w:pPr>
              <w:jc w:val="center"/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Narudžbenica</w:t>
            </w:r>
            <w:proofErr w:type="spellEnd"/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A11C" w14:textId="77777777" w:rsidR="000322E4" w:rsidRDefault="000322E4" w:rsidP="000322E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3.640,00</w:t>
            </w:r>
          </w:p>
        </w:tc>
        <w:tc>
          <w:tcPr>
            <w:tcW w:w="129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729C" w14:textId="77777777" w:rsidR="000322E4" w:rsidRDefault="000322E4" w:rsidP="000322E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—</w:t>
            </w:r>
          </w:p>
        </w:tc>
        <w:tc>
          <w:tcPr>
            <w:tcW w:w="1440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906E" w14:textId="77777777" w:rsidR="000322E4" w:rsidRDefault="000322E4" w:rsidP="000322E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3.640,00</w:t>
            </w:r>
          </w:p>
        </w:tc>
        <w:tc>
          <w:tcPr>
            <w:tcW w:w="1152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CA9EC" w14:textId="77777777" w:rsidR="000322E4" w:rsidRDefault="000322E4" w:rsidP="000322E4">
            <w:pPr>
              <w:jc w:val="center"/>
            </w:pPr>
            <w:proofErr w:type="spellStart"/>
            <w:r>
              <w:rPr>
                <w:rFonts w:ascii="Arial" w:hAnsi="Arial"/>
                <w:color w:val="333333"/>
                <w:sz w:val="18"/>
              </w:rPr>
              <w:t>Izvršen</w:t>
            </w:r>
            <w:proofErr w:type="spellEnd"/>
          </w:p>
        </w:tc>
        <w:tc>
          <w:tcPr>
            <w:tcW w:w="2736" w:type="dxa"/>
            <w:shd w:val="clear" w:color="auto" w:fill="F4F6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F9408" w14:textId="77777777" w:rsidR="000322E4" w:rsidRDefault="000322E4" w:rsidP="000322E4">
            <w:proofErr w:type="spellStart"/>
            <w:r>
              <w:rPr>
                <w:rFonts w:ascii="Arial" w:hAnsi="Arial"/>
                <w:color w:val="333333"/>
                <w:sz w:val="18"/>
              </w:rPr>
              <w:t>nije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u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sustavu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PDV-a</w:t>
            </w:r>
          </w:p>
        </w:tc>
      </w:tr>
      <w:tr w:rsidR="000322E4" w14:paraId="604E87C9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DBC2" w14:textId="77777777" w:rsidR="000322E4" w:rsidRDefault="000322E4" w:rsidP="000322E4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9-N-25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6B5A" w14:textId="77777777" w:rsidR="000322E4" w:rsidRDefault="000322E4" w:rsidP="000322E4">
            <w:r>
              <w:rPr>
                <w:rFonts w:ascii="Arial" w:hAnsi="Arial"/>
                <w:color w:val="333333"/>
                <w:sz w:val="18"/>
              </w:rPr>
              <w:t>Namirnice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25FA5" w14:textId="77777777" w:rsidR="000322E4" w:rsidRDefault="000322E4" w:rsidP="000322E4">
            <w:r>
              <w:rPr>
                <w:rFonts w:ascii="Arial" w:hAnsi="Arial"/>
                <w:color w:val="333333"/>
                <w:sz w:val="18"/>
              </w:rPr>
              <w:t>Podravka d.d.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11D7" w14:textId="77777777" w:rsidR="000322E4" w:rsidRDefault="000322E4" w:rsidP="000322E4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Narudžbenica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510DC" w14:textId="77777777" w:rsidR="000322E4" w:rsidRDefault="000322E4" w:rsidP="000322E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4.470,86 €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4CB20" w14:textId="77777777" w:rsidR="000322E4" w:rsidRDefault="000322E4" w:rsidP="000322E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1.117,72 €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4034" w14:textId="77777777" w:rsidR="000322E4" w:rsidRDefault="000322E4" w:rsidP="000322E4">
            <w:pPr>
              <w:jc w:val="right"/>
            </w:pPr>
            <w:r>
              <w:rPr>
                <w:rFonts w:ascii="Arial" w:hAnsi="Arial"/>
                <w:color w:val="333333"/>
                <w:sz w:val="18"/>
              </w:rPr>
              <w:t>5.588,58 €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8B97F" w14:textId="77777777" w:rsidR="000322E4" w:rsidRDefault="000322E4" w:rsidP="000322E4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Izvršen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1163A" w14:textId="77777777" w:rsidR="000322E4" w:rsidRDefault="000322E4" w:rsidP="000322E4">
            <w:r>
              <w:rPr>
                <w:rFonts w:ascii="Arial" w:hAnsi="Arial"/>
                <w:color w:val="333333"/>
                <w:sz w:val="18"/>
              </w:rPr>
              <w:t>Stopa 25%</w:t>
            </w:r>
          </w:p>
        </w:tc>
      </w:tr>
    </w:tbl>
    <w:p w14:paraId="3FBC0642" w14:textId="77777777" w:rsidR="000322E4" w:rsidRDefault="000322E4"/>
    <w:p w14:paraId="2B48DC75" w14:textId="77777777" w:rsidR="00AF70B6" w:rsidRPr="000322E4" w:rsidRDefault="00AF70B6" w:rsidP="000322E4"/>
    <w:sectPr w:rsidR="00AF70B6" w:rsidRPr="000322E4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0665049">
    <w:abstractNumId w:val="8"/>
  </w:num>
  <w:num w:numId="2" w16cid:durableId="355233318">
    <w:abstractNumId w:val="6"/>
  </w:num>
  <w:num w:numId="3" w16cid:durableId="465316176">
    <w:abstractNumId w:val="5"/>
  </w:num>
  <w:num w:numId="4" w16cid:durableId="1156606386">
    <w:abstractNumId w:val="4"/>
  </w:num>
  <w:num w:numId="5" w16cid:durableId="612903499">
    <w:abstractNumId w:val="7"/>
  </w:num>
  <w:num w:numId="6" w16cid:durableId="987397959">
    <w:abstractNumId w:val="3"/>
  </w:num>
  <w:num w:numId="7" w16cid:durableId="936139395">
    <w:abstractNumId w:val="2"/>
  </w:num>
  <w:num w:numId="8" w16cid:durableId="747581514">
    <w:abstractNumId w:val="1"/>
  </w:num>
  <w:num w:numId="9" w16cid:durableId="21425695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5F04"/>
    <w:rsid w:val="000322E4"/>
    <w:rsid w:val="00034616"/>
    <w:rsid w:val="0006063C"/>
    <w:rsid w:val="00126080"/>
    <w:rsid w:val="0015074B"/>
    <w:rsid w:val="0029639D"/>
    <w:rsid w:val="00326F90"/>
    <w:rsid w:val="00373FF0"/>
    <w:rsid w:val="003E1AAA"/>
    <w:rsid w:val="00533280"/>
    <w:rsid w:val="0075161C"/>
    <w:rsid w:val="007C25A3"/>
    <w:rsid w:val="00AA1D8D"/>
    <w:rsid w:val="00AF70B6"/>
    <w:rsid w:val="00B47730"/>
    <w:rsid w:val="00B94BA7"/>
    <w:rsid w:val="00CB0664"/>
    <w:rsid w:val="00DE11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5830012"/>
  <w14:defaultImageDpi w14:val="300"/>
  <w15:docId w15:val="{E2561D11-BF11-4751-AA53-9FD65165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58E73F-D1AA-4B05-B6F4-E80E5929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Ivica Radošević</cp:lastModifiedBy>
  <cp:revision>2</cp:revision>
  <dcterms:created xsi:type="dcterms:W3CDTF">2026-10-28T20:08:00Z</dcterms:created>
  <dcterms:modified xsi:type="dcterms:W3CDTF">2026-10-28T20:08:00Z</dcterms:modified>
  <cp:category/>
</cp:coreProperties>
</file>